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Certificate of Origin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Exporter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Consignee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Country of origin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Transport details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Goods description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Quantity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Weight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Invoice number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r>
        <w:rPr>
          <w:b/>
        </w:rPr>
        <w:t xml:space="preserve">Review note: </w:t>
      </w:r>
      <w:r>
        <w:t>Customize this template for the applicable jurisdiction and have important terms reviewed by a qualified professional.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