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Certificate of Origin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Exporter: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Consignee: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Country of origin: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Transport details: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Goods description: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Quantity: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Weight: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Invoice number: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Certification statement: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Authorized officer: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Signature: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