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Cash Receipt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Business name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Receipt number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Received from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Amount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Amount in words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Purpose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Payment method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