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Cash Receipt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Business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Receipt number: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Received from: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Amount: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Amount in words: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Purpose: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Payment method: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Reference: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Received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Signature: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Notes: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