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Business Analysis Report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Organization: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Project: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Analyst: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Business need: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Current state: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Stakeholders: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Requirements: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Findings: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Options: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Recommendation: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Next steps: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