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Book Report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Student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Book title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Author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Genre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Setting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Main characters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Plot summary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Themes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