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Billing Invoice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Business name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Bill to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Invoice number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Invoice date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Due date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Description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Quantity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Rate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