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Bank Statement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Account holder: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Bank: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Account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Statement period: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Opening balance: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Transaction description: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Reference: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Debit: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Credit: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Running balance: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Closing balance: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