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Attendance List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Organization: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Event or class: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Participant name: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ID: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Arrival time: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Departure time: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Present: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Absent: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Late: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Signature: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Notes: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